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עקרונות מרכזיים מכל נושאי החשבון: סדר פעולות, שברים ועשרוניים, מדידה וגיאומטריה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אומדן, השוואה והשלמת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בצורה 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רב־ברירה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סמ"ר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הערכה, לא חישוב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לקובייה יש 8 קודקודים, 12 מקצועות ו-6 פאות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כמות המספרים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אורכי הצלעות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(כמות המשטח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(כמות המקום שגוף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(סכום המספרים חלקי כמותם)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לפתור את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לבצע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לבצע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 לבדוק אם התוצאה הסופית הגיונית ולמצוא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ואז כפל/חילוק, ואז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קו חיצוני, שטח הוא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נושאים ולתת לכל קבוצה חלק אחר לפני חיבור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או שרטוט בשאלות הגיאומטריות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שאלות קצרות מכל נושאי החשבון שלמדתם השנה – מסדר פעולות ועד היקף, שטח ונפח.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סוגריים  ·  36  ·  1000  ·  כמות המספרים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רב־ברירה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מחשבים קודם בתרגיל עם סוגריים, כפל וחיבור?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שטח מלבן שאורכו 8 ס"מ ורוחבו 5 ס"מ?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13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26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 סמ"ר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אומדן הוא חישוב מדויק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בסדר פעולות חשבון מבצעים חיבור וחיסור לפני כפל וחילוק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בקוביה יש 8 קודקודים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3+(4×2) מחשבים קודם את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שטח ריבוע שאורך צלעו 6 הוא __________ סמ"ר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בקילוגרם אחד יש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כדי לחשב ממוצע מחברים את כל המספרים ומחלקים ב-__________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סכום המספרים חלקי כמותם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 המקום שגוף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אורכי הצלעות של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כמות המשטח בתוך הצורה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לבצע חיבור וחיסור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לפתור את מה שבתוך הסוגריים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לבצע כפל וחילוק משמאל לימין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לדעת לעשות אומדן לפני חישוב מדויק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סדר הפעולות הנכון בתרגיל עם סוגריים, כפל וחיבור?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החשבון – סיכום נושאים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