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עקרונות מרכזיים מכל נושאי החשבון: סדר פעולות, שברים ועשרוניים, מדידה וגיאומטריה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אומדן, השוואה והשלמת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בצורה 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רב־ברירה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40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שווה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1000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הערכה, לא חישוב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לקובייה יש 8 קודקודים, 12 מקצועות ו-6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היקף הוא סכום כל הצלעות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50 אחוז הוא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לפעמים אפשר להשוות לפי הבנת הגדלים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כמות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(סכום אורכי הצלעות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(כמות המשטח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(כמות המקום שגוף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המספרים חלקי כמותם)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(הערכה מהירה בלי חישוב מדויק)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לפתור את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לבצע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לבצע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 לבדוק אם התוצאה הסופית הגיונית ולמצוא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הנחה בחנות או חישוב ציון במבחן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ואז כפל/חילוק, ואז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 הוא קו חיצוני, שטח הוא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נושאים ולתת לכל קבוצה חלק אחר לפני חיבור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או שרטוט בשאלות הגיאומטריות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החשבון – סיכום נושאים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קצרות וקלות מכל נושאי החשבון שלמדנו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מהירה של תוצאה בלי לחשב בדיוק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 חשבון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שקובע מה מחשבים קודם: סוגריים, כפל וחילוק, ואז חיבור וחיסור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 עשרונית כמו 0.5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הקו שמסביב לצורה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המשטח שבתוך הצורה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המספרים חלקי כמות המספרים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המקום שגוף תופס בתלת מימד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רב־ברירה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 כשיש סוגריים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ההערכה הקרובה ביותר ל-398 כפול 21?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ס"מ במטר?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מחשבים שטח מלבן?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26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הממוצע של 4, 6 ו-8?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פאות בקובייה?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הקשר בין 0.5 לחצי?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זה 10 כפול 10 כפול 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חישוב מדויק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 חשבון מבצעים חיבור וחיסור לפני כפל וחילוק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בקוביה יש 8 קודקודים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היקף מלבן מחברים את כל הצלעות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שווה לחצי מהכמות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תמיד להשוות שני תרגילים בלי לחשב אותם במלואם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3+(4×2) מחשבים קודם את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שטח ריבוע שאורך צלעו 6 הוא __________ סמ"ר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בקילוגרם אחד יש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לחשב ממוצע מחברים את כל המספרים ומחלקים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לתיבה יש __________ פאות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25% מתוך 200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המקום שגוף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הערכה מהירה בלי חישוב מדויק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המספרים חלקי כמותם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המשטח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אורכי הצלעות של הצורה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כפל וחילוק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לפתור את מה שבתוך הסוגריים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חיבור וחיסור משמאל לימין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לדעת לעשות אומדן לפני חישוב מדויק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לבעיה מהחיים שבה צריך לחשב אחוזים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בתרגיל עם סוגריים, כפל וחיבור?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החשבון – סיכום נושאים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