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החשבון – סיכום נושאים בחשבון ה׳–ו׳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עקרונות מרכזיים מכל נושאי החשבון: סדר פעולות, שברים ועשרוניים, מדידה וגיאומטריה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אומדן, השוואה והשלמת תרגילים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למבחן מסכם בצורה מגוונת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רב־ברירה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סוגריים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8000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40 סמ"ר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שווה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1000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אומדן הוא הערכה, לא חישוב מדויק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כפל וחילוק קודמים לחיבור וחיסור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לקובייה יש 8 קודקודים, 12 מקצועות ו-6 פאות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היקף הוא סכום כל הצלעות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50 אחוז הוא חצי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לפעמים אפשר להשוות לפי הבנת הגדלים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סוגריים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כמות המספרים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6. 50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(סכום אורכי הצלעות של הצורה)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(כמות המשטח בתוך הצורה)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(כמות המקום שגוף תופס)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(סכום המספרים חלקי כמותם)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(הערכה מהירה בלי חישוב מדויק)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לפתור את מה שבתוך הסוגריים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לבצע כפל וחילוק משמאל לימין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לבצע חיבור וחיסור משמאל לימין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לקבל את התוצאה הסופית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עוזר לבדוק אם התוצאה הסופית הגיונית ולמצוא טעויות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הנחה בחנות או חישוב ציון במבחן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סוגריים, ואז כפל/חילוק, ואז חיבור/חיסור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אורך כפול רוחב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היקף הוא קו חיצוני, שטח הוא משטח פנימי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לפי נושאים ולתת לכל קבוצה חלק אחר לפני חיבור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שימוש בציור או שרטוט בשאלות הגיאומטריות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הפריטים המסומנים כקשים מתאימים להעמקה או לתלמידים מתקדמים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החשבון – סיכום נושאים בחשבון ה׳–ו׳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תתרגלו שאלות קצרות מכל נושאי החשבון שלמדתם השנה – מסדר פעולות ועד היקף, שטח ונפח.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רב־ברירה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מחשבים קודם בתרגיל עם סוגריים, כפל וחיבור?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מהבאים הוא האומדן הכי טוב לתוצאה של 398×21?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80000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סנטימטרים יש במטר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שטח מלבן שאורכו 8 ס"מ ורוחבו 5 ס"מ?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13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26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40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45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ממוצע המספרים 4, 6, 8?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פאות יש לקובייה?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איזה סימן נכון: 0.5 ___ 1/2?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שווה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מהי התוצאה של 10×10×10?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10000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אומדן הוא חישוב מדויק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בסדר פעולות חשבון מבצעים חיבור וחיסור לפני כפל וחילוק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בקוביה יש 8 קודקודים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למצוא היקף מלבן מחברים את כל הצלעות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50% שווה לחצי מהכמות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תמיד להשוות שני תרגילים בלי לחשב אותם במלואם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בתרגיל 3+(4×2) מחשבים קודם את ה-__________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שטח ריבוע שאורך צלעו 6 הוא __________ סמ"ר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בקילוגרם אחד יש __________ גרם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לחשב ממוצע מחברים את כל המספרים ומחלקים ב-__________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לתיבה יש __________ פאות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25% מתוך 200 שווה ל-__________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היקף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הערכה מהירה בלי חישוב מדויק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שטח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כמות המקום שגוף תופס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נפח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סכום המספרים חלקי כמותם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ממוצע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כמות המשטח בתוך הצורה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אומדן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סכום אורכי הצלעות של הצורה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לבצע חיבור וחיסור משמאל לימין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לפתור את מה שבתוך הסוגריים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לקבל את התוצאה הסופית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לבצע כפל וחילוק משמאל לימין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לדעת לעשות אומדן לפני חישוב מדויק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לבעיה מהחיים שבה צריך לחשב אחוזים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סדר הפעולות הנכון בתרגיל עם סוגריים, כפל וחיבור?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מחשבים שטח של מלבן?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היקף לשטח?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החשבון – סיכום נושאים בחשבון ה׳–ו׳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